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6E" w:rsidRDefault="00A30A42" w:rsidP="00A30A42">
      <w:pPr>
        <w:autoSpaceDE w:val="0"/>
        <w:autoSpaceDN w:val="0"/>
        <w:spacing w:after="0" w:line="230" w:lineRule="auto"/>
        <w:ind w:left="1494" w:hanging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20205" cy="947864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947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544A6E" w:rsidRDefault="00544A6E" w:rsidP="00544A6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44A6E" w:rsidRPr="00761532" w:rsidRDefault="00544A6E" w:rsidP="00544A6E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544A6E" w:rsidRPr="00761532" w:rsidRDefault="00544A6E" w:rsidP="00544A6E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«ФИЗИЧЕСКАЯ КУЛЬТУРА» В УЧЕБНОМ ПЛАНЕ</w:t>
      </w:r>
    </w:p>
    <w:p w:rsidR="00544A6E" w:rsidRPr="00761532" w:rsidRDefault="00544A6E" w:rsidP="00544A6E">
      <w:pPr>
        <w:autoSpaceDE w:val="0"/>
        <w:autoSpaceDN w:val="0"/>
        <w:spacing w:before="190" w:after="0" w:line="230" w:lineRule="auto"/>
        <w:rPr>
          <w:lang w:val="ru-RU"/>
        </w:rPr>
      </w:pP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В 9 классе на изучение предмета отводится 3 часа в неделю, суммарно 102 часа. </w:t>
      </w:r>
    </w:p>
    <w:p w:rsidR="00544A6E" w:rsidRPr="00761532" w:rsidRDefault="00544A6E" w:rsidP="00544A6E">
      <w:pPr>
        <w:autoSpaceDE w:val="0"/>
        <w:autoSpaceDN w:val="0"/>
        <w:spacing w:before="70" w:after="0" w:line="271" w:lineRule="auto"/>
        <w:ind w:right="1440"/>
        <w:rPr>
          <w:lang w:val="ru-RU"/>
        </w:rPr>
      </w:pP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Вариативные модули (не менее 1 часа в неделю) могут быть реализованы во 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544A6E" w:rsidRPr="00761532" w:rsidRDefault="00544A6E" w:rsidP="00544A6E">
      <w:pPr>
        <w:autoSpaceDE w:val="0"/>
        <w:autoSpaceDN w:val="0"/>
        <w:spacing w:before="70" w:after="0"/>
        <w:ind w:right="288"/>
        <w:rPr>
          <w:lang w:val="ru-RU"/>
        </w:rPr>
      </w:pP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подготовке рабочей программы учитывались личностные и </w:t>
      </w:r>
      <w:proofErr w:type="spellStart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результаты, зафиксированные в Федеральном государственном образовательном стандарте основного общего образования и в «Универсальном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образования».</w:t>
      </w:r>
    </w:p>
    <w:p w:rsidR="000A6465" w:rsidRPr="00A30A42" w:rsidRDefault="000A6465" w:rsidP="000A6465">
      <w:pPr>
        <w:autoSpaceDE w:val="0"/>
        <w:autoSpaceDN w:val="0"/>
        <w:spacing w:after="78" w:line="220" w:lineRule="exact"/>
        <w:rPr>
          <w:lang w:val="ru-RU"/>
        </w:rPr>
      </w:pPr>
    </w:p>
    <w:p w:rsidR="000A6465" w:rsidRDefault="000A6465" w:rsidP="000A64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A64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BA0E3D" w:rsidRPr="000A6465" w:rsidRDefault="00BA0E3D" w:rsidP="000A6465">
      <w:pPr>
        <w:autoSpaceDE w:val="0"/>
        <w:autoSpaceDN w:val="0"/>
        <w:spacing w:after="0" w:line="230" w:lineRule="auto"/>
        <w:rPr>
          <w:lang w:val="ru-RU"/>
        </w:rPr>
      </w:pPr>
    </w:p>
    <w:p w:rsidR="000A6465" w:rsidRDefault="000A6465" w:rsidP="000A6465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="00BA0E3D" w:rsidRPr="000A6465">
        <w:rPr>
          <w:rFonts w:ascii="Times New Roman" w:hAnsi="Times New Roman" w:cs="Times New Roman"/>
          <w:sz w:val="24"/>
          <w:szCs w:val="24"/>
          <w:lang w:val="ru-RU"/>
        </w:rPr>
        <w:t>Физическая культура: 8-9 класс: учебник для учащихся общеобразовательных учреждений В.И. Лях.- Москва Просвещение,2021</w:t>
      </w:r>
      <w:r w:rsidRPr="00761532">
        <w:rPr>
          <w:lang w:val="ru-RU"/>
        </w:rPr>
        <w:br/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A0E3D" w:rsidRDefault="000A6465" w:rsidP="00BA0E3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0A6465">
        <w:rPr>
          <w:rFonts w:ascii="Times New Roman" w:hAnsi="Times New Roman" w:cs="Times New Roman"/>
          <w:sz w:val="24"/>
          <w:szCs w:val="24"/>
          <w:lang w:val="ru-RU"/>
        </w:rPr>
        <w:t xml:space="preserve">Рабочие программы. Физическая культура. 5-9 классы: учебное пособие для общеобразовательных организаций \ </w:t>
      </w:r>
      <w:proofErr w:type="spellStart"/>
      <w:r w:rsidRPr="000A6465">
        <w:rPr>
          <w:rFonts w:ascii="Times New Roman" w:hAnsi="Times New Roman" w:cs="Times New Roman"/>
          <w:sz w:val="24"/>
          <w:szCs w:val="24"/>
          <w:lang w:val="ru-RU"/>
        </w:rPr>
        <w:t>В.И.Ляха</w:t>
      </w:r>
      <w:proofErr w:type="spellEnd"/>
      <w:r w:rsidRPr="000A64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A6465">
        <w:rPr>
          <w:rFonts w:ascii="Times New Roman" w:hAnsi="Times New Roman" w:cs="Times New Roman"/>
          <w:sz w:val="24"/>
          <w:szCs w:val="24"/>
          <w:lang w:val="ru-RU"/>
        </w:rPr>
        <w:t>М.Я.Виленского</w:t>
      </w:r>
      <w:proofErr w:type="spellEnd"/>
      <w:proofErr w:type="gramStart"/>
      <w:r w:rsidRPr="000A6465">
        <w:rPr>
          <w:rFonts w:ascii="Times New Roman" w:hAnsi="Times New Roman" w:cs="Times New Roman"/>
          <w:sz w:val="24"/>
          <w:szCs w:val="24"/>
          <w:lang w:val="ru-RU"/>
        </w:rPr>
        <w:t>\ .</w:t>
      </w:r>
      <w:proofErr w:type="gramEnd"/>
      <w:r w:rsidRPr="000A6465">
        <w:rPr>
          <w:rFonts w:ascii="Times New Roman" w:hAnsi="Times New Roman" w:cs="Times New Roman"/>
          <w:sz w:val="24"/>
          <w:szCs w:val="24"/>
          <w:lang w:val="ru-RU"/>
        </w:rPr>
        <w:t xml:space="preserve"> – Москва «Просвещение», 2021г.</w:t>
      </w:r>
    </w:p>
    <w:p w:rsidR="000A6465" w:rsidRPr="00BA0E3D" w:rsidRDefault="000A6465" w:rsidP="00BA0E3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44A6E" w:rsidRDefault="00A30A42" w:rsidP="00544A6E">
      <w:pPr>
        <w:rPr>
          <w:lang w:val="ru-RU"/>
        </w:rPr>
      </w:pPr>
      <w:hyperlink r:id="rId7" w:history="1">
        <w:r w:rsidR="00BA0E3D" w:rsidRPr="00AD0AC9">
          <w:rPr>
            <w:rStyle w:val="aff8"/>
            <w:lang w:val="ru-RU"/>
          </w:rPr>
          <w:t>https://resh.edu.ru/subject/9/9/</w:t>
        </w:r>
      </w:hyperlink>
    </w:p>
    <w:p w:rsidR="000A6465" w:rsidRPr="000A6465" w:rsidRDefault="000A6465" w:rsidP="000A646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A6465" w:rsidRPr="00761532" w:rsidRDefault="000A6465" w:rsidP="000A6465">
      <w:pPr>
        <w:autoSpaceDE w:val="0"/>
        <w:autoSpaceDN w:val="0"/>
        <w:spacing w:after="0" w:line="230" w:lineRule="auto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A6465" w:rsidRPr="00761532" w:rsidRDefault="000A6465" w:rsidP="000A6465">
      <w:pPr>
        <w:autoSpaceDE w:val="0"/>
        <w:autoSpaceDN w:val="0"/>
        <w:spacing w:before="346" w:after="0" w:line="271" w:lineRule="auto"/>
        <w:ind w:firstLine="180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Знания о физической культуре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. 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</w:t>
      </w:r>
    </w:p>
    <w:p w:rsidR="000A6465" w:rsidRPr="00761532" w:rsidRDefault="000A6465" w:rsidP="000A646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Способы самостоятельной деятельности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. Восстановительный массаж как средство оптимизации работоспособности, его правила и приёмы во время самостоятельных занятий физической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упражнениями и во время активного отдыха.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</w:t>
      </w:r>
      <w:proofErr w:type="spellStart"/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совершенствование.</w:t>
      </w:r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Физкультурно</w:t>
      </w:r>
      <w:proofErr w:type="spellEnd"/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-оздоровительная деятельность. 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Занятия физической культурой и режим питания. Упражнения для снижения избыточной массы тела.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Оздоровительные, коррекционные и профилактические мероприятия в режиме двигательной активности старшеклассников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Спортивно-оздоровительная </w:t>
      </w:r>
      <w:proofErr w:type="spellStart"/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деятельность.</w:t>
      </w:r>
      <w:r w:rsidRPr="0076153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</w:t>
      </w:r>
      <w:proofErr w:type="spellEnd"/>
      <w:r w:rsidRPr="0076153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«Гимнастика».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 Акробатическая комбинация с включением длинного кувырка с разбега и кувырка назад в упор, стоя ноги врозь (юноши).</w:t>
      </w:r>
    </w:p>
    <w:p w:rsidR="000A6465" w:rsidRPr="00761532" w:rsidRDefault="000A6465" w:rsidP="000A6465">
      <w:pPr>
        <w:autoSpaceDE w:val="0"/>
        <w:autoSpaceDN w:val="0"/>
        <w:spacing w:before="70" w:after="0" w:line="281" w:lineRule="auto"/>
        <w:rPr>
          <w:lang w:val="ru-RU"/>
        </w:rPr>
      </w:pP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полушпагата</w:t>
      </w:r>
      <w:proofErr w:type="spellEnd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, стойки на колене с опорой на руки и отведением 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ноги назад (девушки). </w:t>
      </w:r>
      <w:proofErr w:type="spellStart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Черлидинг</w:t>
      </w:r>
      <w:proofErr w:type="spellEnd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: композиция упражнений с построением пирамид, элементами степ-аэробики, акробатики и ритмической гимнастики (девушки).</w:t>
      </w:r>
    </w:p>
    <w:p w:rsidR="000A6465" w:rsidRPr="00761532" w:rsidRDefault="000A6465" w:rsidP="000A6465">
      <w:pPr>
        <w:autoSpaceDE w:val="0"/>
        <w:autoSpaceDN w:val="0"/>
        <w:spacing w:before="70" w:after="0"/>
        <w:ind w:firstLine="180"/>
        <w:rPr>
          <w:lang w:val="ru-RU"/>
        </w:rPr>
      </w:pPr>
      <w:r w:rsidRPr="0076153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«Лёгкая атлетика»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. Техническая подготовка в беговых и прыжковых упражнениях: бег на короткие и длинные дистанции; прыжки в длину способами «прогнувшись» и «согнув ноги»; прыжки в высоту способом «перешагивание». Техническая подготовка в метании спортивного снаряда с разбега на дальность.</w:t>
      </w:r>
    </w:p>
    <w:p w:rsidR="000A6465" w:rsidRPr="00761532" w:rsidRDefault="000A6465" w:rsidP="00BA0E3D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6153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«Зимние виды спорта»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. Техническая подготовка в передвижении лыжными ходами по учебной дистанции: попеременный </w:t>
      </w:r>
      <w:proofErr w:type="spellStart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двухшажный</w:t>
      </w:r>
      <w:proofErr w:type="spellEnd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 ход, одновременный одношажный ход, способы перехода с одного лыжного хода на другой.</w:t>
      </w:r>
    </w:p>
    <w:p w:rsidR="000A6465" w:rsidRPr="00761532" w:rsidRDefault="000A6465" w:rsidP="000A646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61532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«Спортивные игры»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Баскетбол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. Техническая подготовка в игровых действиях: ведение, передачи, приёмы и броски мяча на месте, в прыжке, после ведения.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Волейбол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. Техническая подготовка в игровых действиях: подачи мяча в разные зоны площадки соперника; приёмы и передачи на месте и в движении; удары и блокировка.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Футбол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. Техническая подготовка в игровых действиях: ведение, приёмы и передачи, остановки и удары по мячу с места и в движении.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спорта; технических действий спортивных игр.</w:t>
      </w:r>
    </w:p>
    <w:p w:rsidR="000A6465" w:rsidRPr="00761532" w:rsidRDefault="000A6465" w:rsidP="000A646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«Спорт»</w:t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A6465" w:rsidRPr="00761532" w:rsidRDefault="000A6465" w:rsidP="000A6465">
      <w:pPr>
        <w:rPr>
          <w:lang w:val="ru-RU"/>
        </w:rPr>
        <w:sectPr w:rsidR="000A6465" w:rsidRPr="00761532">
          <w:pgSz w:w="11900" w:h="16840"/>
          <w:pgMar w:top="298" w:right="650" w:bottom="9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6465" w:rsidRPr="00761532" w:rsidRDefault="000A6465" w:rsidP="000A6465">
      <w:pPr>
        <w:autoSpaceDE w:val="0"/>
        <w:autoSpaceDN w:val="0"/>
        <w:spacing w:after="78" w:line="220" w:lineRule="exact"/>
        <w:rPr>
          <w:lang w:val="ru-RU"/>
        </w:rPr>
      </w:pPr>
    </w:p>
    <w:p w:rsidR="000A6465" w:rsidRPr="00761532" w:rsidRDefault="000A6465" w:rsidP="000A6465">
      <w:pPr>
        <w:autoSpaceDE w:val="0"/>
        <w:autoSpaceDN w:val="0"/>
        <w:spacing w:after="0" w:line="230" w:lineRule="auto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A6465" w:rsidRPr="00761532" w:rsidRDefault="000A6465" w:rsidP="000A6465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к физическому совершенствованию, формированию культуры движения и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телосложения, самовыражению в избранном виде спорта;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деятельности, общении со сверстниками, публичных выступлениях и дискуссиях.</w:t>
      </w:r>
    </w:p>
    <w:p w:rsidR="000A6465" w:rsidRPr="00761532" w:rsidRDefault="000A6465" w:rsidP="000A646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познавательные действия: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0A6465" w:rsidRPr="00761532" w:rsidRDefault="000A6465" w:rsidP="000A6465">
      <w:pPr>
        <w:rPr>
          <w:lang w:val="ru-RU"/>
        </w:rPr>
        <w:sectPr w:rsidR="000A6465" w:rsidRPr="00761532">
          <w:pgSz w:w="11900" w:h="16840"/>
          <w:pgMar w:top="298" w:right="644" w:bottom="44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0A6465" w:rsidRPr="00761532" w:rsidRDefault="000A6465" w:rsidP="000A6465">
      <w:pPr>
        <w:autoSpaceDE w:val="0"/>
        <w:autoSpaceDN w:val="0"/>
        <w:spacing w:after="78" w:line="220" w:lineRule="exact"/>
        <w:rPr>
          <w:lang w:val="ru-RU"/>
        </w:rPr>
      </w:pP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коммуникативные действия: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учебные регулятивные действия: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индивидуальные комплексы физических упражнений с разной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 конфликтных и нестандартных ситуаций, признавать своё право и право других на ошибку, право на её совместное исправление;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организовывать оказание первой помощи при травмах и ушибах во время самостоятельных занятий</w:t>
      </w:r>
    </w:p>
    <w:p w:rsidR="000A6465" w:rsidRPr="00761532" w:rsidRDefault="000A6465" w:rsidP="000A6465">
      <w:pPr>
        <w:rPr>
          <w:lang w:val="ru-RU"/>
        </w:rPr>
        <w:sectPr w:rsidR="000A6465" w:rsidRPr="00761532">
          <w:pgSz w:w="11900" w:h="16840"/>
          <w:pgMar w:top="298" w:right="732" w:bottom="428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0A6465" w:rsidRPr="00761532" w:rsidRDefault="000A6465" w:rsidP="000A6465">
      <w:pPr>
        <w:autoSpaceDE w:val="0"/>
        <w:autoSpaceDN w:val="0"/>
        <w:spacing w:after="66" w:line="220" w:lineRule="exact"/>
        <w:rPr>
          <w:lang w:val="ru-RU"/>
        </w:rPr>
      </w:pPr>
    </w:p>
    <w:p w:rsidR="000A6465" w:rsidRPr="00761532" w:rsidRDefault="000A6465" w:rsidP="000A6465">
      <w:pPr>
        <w:autoSpaceDE w:val="0"/>
        <w:autoSpaceDN w:val="0"/>
        <w:spacing w:after="0" w:line="262" w:lineRule="auto"/>
        <w:rPr>
          <w:lang w:val="ru-RU"/>
        </w:rPr>
      </w:pP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физической культурой и спортом, применять способы и приёмы помощи в зависимости от характера и признаков полученной травмы.</w:t>
      </w:r>
    </w:p>
    <w:p w:rsidR="000A6465" w:rsidRPr="00761532" w:rsidRDefault="000A6465" w:rsidP="000A646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A6465" w:rsidRPr="00761532" w:rsidRDefault="000A6465" w:rsidP="000A6465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9 классе обучающийся научится: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здоровье человека, его социальную и производственную деятельность;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понятие «профессионально-прикладная физическая культура», её целевое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предназначение, связь с характером и особенностями профессиональной деятельности; понимать необходимость занятий профессионально-прикладной физической подготовкой учащихся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общеобразовательной школы;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Генча</w:t>
      </w:r>
      <w:proofErr w:type="spellEnd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,«задержки дыхания»; использовать их для планирования индивидуальных занятий спортивной и профессионально-прикладной физической подготовкой;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 применять способы оказания первой помощи; </w:t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комплексы упражнений из разученных акробатических упражнений с повышенными требованиями к технике их выполнения (юноши);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 и соскока вперёд способом «прогнувшись»(юноши);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композицию упражнений </w:t>
      </w:r>
      <w:proofErr w:type="spellStart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черлидинга</w:t>
      </w:r>
      <w:proofErr w:type="spellEnd"/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построением пирамид, элементами степ-аэробики и акробатики (девушки);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комплекс ритмической гимнастики с включением элементов </w:t>
      </w:r>
      <w:r w:rsidRPr="00761532">
        <w:rPr>
          <w:lang w:val="ru-RU"/>
        </w:rPr>
        <w:br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художественной гимнастики, упражнений на гибкость и равновесие (девушки);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 в бассейне при выполнении плавательных упражнений;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повороты кувырком, маятником;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технические элементы брассом в согласовании с дыханием;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  <w:r w:rsidRPr="00761532">
        <w:rPr>
          <w:lang w:val="ru-RU"/>
        </w:rPr>
        <w:br/>
      </w:r>
      <w:r w:rsidRPr="00761532">
        <w:rPr>
          <w:lang w:val="ru-RU"/>
        </w:rPr>
        <w:tab/>
      </w:r>
      <w:r w:rsidRPr="00761532">
        <w:rPr>
          <w:rFonts w:ascii="Times New Roman" w:eastAsia="Times New Roman" w:hAnsi="Times New Roman"/>
          <w:color w:val="000000"/>
          <w:sz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0A6465" w:rsidRDefault="000A6465" w:rsidP="000A6465">
      <w:pPr>
        <w:jc w:val="center"/>
        <w:rPr>
          <w:b/>
          <w:lang w:val="ru-RU" w:eastAsia="ru-RU"/>
        </w:rPr>
      </w:pPr>
    </w:p>
    <w:p w:rsidR="000A6465" w:rsidRDefault="000A6465" w:rsidP="000A6465">
      <w:pPr>
        <w:jc w:val="center"/>
        <w:rPr>
          <w:b/>
          <w:lang w:val="ru-RU" w:eastAsia="ru-RU"/>
        </w:rPr>
      </w:pPr>
    </w:p>
    <w:p w:rsidR="000A6465" w:rsidRPr="000A6465" w:rsidRDefault="000A6465" w:rsidP="000A6465">
      <w:pPr>
        <w:jc w:val="center"/>
        <w:rPr>
          <w:b/>
          <w:lang w:val="ru-RU" w:eastAsia="ru-RU"/>
        </w:rPr>
      </w:pPr>
      <w:r w:rsidRPr="000A6465">
        <w:rPr>
          <w:b/>
          <w:lang w:val="ru-RU" w:eastAsia="ru-RU"/>
        </w:rPr>
        <w:lastRenderedPageBreak/>
        <w:t xml:space="preserve">Нормы ГТО </w:t>
      </w:r>
      <w:r w:rsidRPr="007B481D">
        <w:rPr>
          <w:b/>
          <w:lang w:eastAsia="ru-RU"/>
        </w:rPr>
        <w:t>IV</w:t>
      </w:r>
      <w:r w:rsidRPr="000A6465">
        <w:rPr>
          <w:b/>
          <w:lang w:val="ru-RU" w:eastAsia="ru-RU"/>
        </w:rPr>
        <w:t>. СТУПЕНЬ (возрастная группа от 13 до 15 лет)</w:t>
      </w:r>
    </w:p>
    <w:p w:rsidR="000A6465" w:rsidRPr="000A6465" w:rsidRDefault="000A6465" w:rsidP="000A6465">
      <w:pPr>
        <w:jc w:val="both"/>
        <w:rPr>
          <w:b/>
          <w:lang w:val="ru-RU"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400"/>
        <w:gridCol w:w="147"/>
        <w:gridCol w:w="1333"/>
        <w:gridCol w:w="22"/>
        <w:gridCol w:w="119"/>
        <w:gridCol w:w="1295"/>
        <w:gridCol w:w="13"/>
        <w:gridCol w:w="22"/>
        <w:gridCol w:w="216"/>
        <w:gridCol w:w="902"/>
        <w:gridCol w:w="367"/>
        <w:gridCol w:w="1068"/>
        <w:gridCol w:w="37"/>
        <w:gridCol w:w="302"/>
        <w:gridCol w:w="1135"/>
        <w:gridCol w:w="17"/>
        <w:gridCol w:w="954"/>
      </w:tblGrid>
      <w:tr w:rsidR="000A6465" w:rsidRPr="007B481D" w:rsidTr="000A6465">
        <w:trPr>
          <w:trHeight w:val="135"/>
        </w:trPr>
        <w:tc>
          <w:tcPr>
            <w:tcW w:w="204" w:type="pct"/>
            <w:vMerge w:val="restart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 xml:space="preserve">№ </w:t>
            </w:r>
            <w:r w:rsidRPr="007B481D">
              <w:rPr>
                <w:lang w:eastAsia="ru-RU"/>
              </w:rPr>
              <w:br/>
              <w:t>п/п</w:t>
            </w:r>
          </w:p>
        </w:tc>
        <w:tc>
          <w:tcPr>
            <w:tcW w:w="1113" w:type="pct"/>
            <w:vMerge w:val="restart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Виды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испытаний</w:t>
            </w:r>
            <w:proofErr w:type="spellEnd"/>
            <w:r w:rsidRPr="007B481D">
              <w:rPr>
                <w:lang w:eastAsia="ru-RU"/>
              </w:rPr>
              <w:t xml:space="preserve"> </w:t>
            </w:r>
          </w:p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(</w:t>
            </w:r>
            <w:proofErr w:type="spellStart"/>
            <w:r w:rsidRPr="007B481D">
              <w:rPr>
                <w:lang w:eastAsia="ru-RU"/>
              </w:rPr>
              <w:t>тесты</w:t>
            </w:r>
            <w:proofErr w:type="spellEnd"/>
            <w:r w:rsidRPr="007B481D">
              <w:rPr>
                <w:lang w:eastAsia="ru-RU"/>
              </w:rPr>
              <w:t xml:space="preserve">) </w:t>
            </w:r>
          </w:p>
        </w:tc>
        <w:tc>
          <w:tcPr>
            <w:tcW w:w="3683" w:type="pct"/>
            <w:gridSpan w:val="16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Нормативы</w:t>
            </w:r>
            <w:proofErr w:type="spellEnd"/>
          </w:p>
        </w:tc>
      </w:tr>
      <w:tr w:rsidR="000A6465" w:rsidRPr="007B481D" w:rsidTr="000A6465">
        <w:trPr>
          <w:trHeight w:val="142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</w:p>
        </w:tc>
        <w:tc>
          <w:tcPr>
            <w:tcW w:w="1113" w:type="pct"/>
            <w:vMerge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</w:p>
        </w:tc>
        <w:tc>
          <w:tcPr>
            <w:tcW w:w="1885" w:type="pct"/>
            <w:gridSpan w:val="9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Мальчики</w:t>
            </w:r>
            <w:proofErr w:type="spellEnd"/>
          </w:p>
        </w:tc>
        <w:tc>
          <w:tcPr>
            <w:tcW w:w="1798" w:type="pct"/>
            <w:gridSpan w:val="7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Девочки</w:t>
            </w:r>
            <w:proofErr w:type="spellEnd"/>
          </w:p>
        </w:tc>
      </w:tr>
      <w:tr w:rsidR="000A6465" w:rsidRPr="007B481D" w:rsidTr="000A6465">
        <w:trPr>
          <w:trHeight w:val="152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13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686" w:type="pct"/>
            <w:gridSpan w:val="2"/>
          </w:tcPr>
          <w:p w:rsidR="000A6465" w:rsidRPr="007B481D" w:rsidRDefault="000A6465" w:rsidP="000A6465">
            <w:pPr>
              <w:spacing w:before="40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Бронзовый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знак</w:t>
            </w:r>
            <w:proofErr w:type="spellEnd"/>
          </w:p>
        </w:tc>
        <w:tc>
          <w:tcPr>
            <w:tcW w:w="681" w:type="pct"/>
            <w:gridSpan w:val="5"/>
          </w:tcPr>
          <w:p w:rsidR="000A6465" w:rsidRPr="007B481D" w:rsidRDefault="000A6465" w:rsidP="000A6465">
            <w:pPr>
              <w:spacing w:before="40"/>
              <w:ind w:left="-108" w:firstLine="33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Серебряный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знак</w:t>
            </w:r>
            <w:proofErr w:type="spellEnd"/>
          </w:p>
        </w:tc>
        <w:tc>
          <w:tcPr>
            <w:tcW w:w="518" w:type="pct"/>
            <w:gridSpan w:val="2"/>
          </w:tcPr>
          <w:p w:rsidR="000A6465" w:rsidRPr="007B481D" w:rsidRDefault="000A6465" w:rsidP="000A6465">
            <w:pPr>
              <w:spacing w:before="40"/>
              <w:ind w:left="-140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Золотой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знак</w:t>
            </w:r>
            <w:proofErr w:type="spellEnd"/>
          </w:p>
        </w:tc>
        <w:tc>
          <w:tcPr>
            <w:tcW w:w="665" w:type="pct"/>
            <w:gridSpan w:val="2"/>
          </w:tcPr>
          <w:p w:rsidR="000A6465" w:rsidRPr="007B481D" w:rsidRDefault="000A6465" w:rsidP="000A6465">
            <w:pPr>
              <w:spacing w:before="40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Бронзовый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знак</w:t>
            </w:r>
            <w:proofErr w:type="spellEnd"/>
          </w:p>
        </w:tc>
        <w:tc>
          <w:tcPr>
            <w:tcW w:w="683" w:type="pct"/>
            <w:gridSpan w:val="3"/>
          </w:tcPr>
          <w:p w:rsidR="000A6465" w:rsidRPr="007B481D" w:rsidRDefault="000A6465" w:rsidP="000A6465">
            <w:pPr>
              <w:spacing w:before="40"/>
              <w:ind w:right="-74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Серебряный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знак</w:t>
            </w:r>
            <w:proofErr w:type="spellEnd"/>
          </w:p>
        </w:tc>
        <w:tc>
          <w:tcPr>
            <w:tcW w:w="450" w:type="pct"/>
            <w:gridSpan w:val="2"/>
          </w:tcPr>
          <w:p w:rsidR="000A6465" w:rsidRPr="007B481D" w:rsidRDefault="000A6465" w:rsidP="000A6465">
            <w:pPr>
              <w:tabs>
                <w:tab w:val="left" w:pos="1094"/>
              </w:tabs>
              <w:spacing w:before="40"/>
              <w:ind w:left="-123" w:right="-108"/>
              <w:jc w:val="center"/>
              <w:rPr>
                <w:b/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Золотой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знак</w:t>
            </w:r>
            <w:proofErr w:type="spellEnd"/>
          </w:p>
        </w:tc>
      </w:tr>
      <w:tr w:rsidR="000A6465" w:rsidRPr="007B481D" w:rsidTr="000A6465">
        <w:trPr>
          <w:trHeight w:val="288"/>
        </w:trPr>
        <w:tc>
          <w:tcPr>
            <w:tcW w:w="5000" w:type="pct"/>
            <w:gridSpan w:val="18"/>
          </w:tcPr>
          <w:p w:rsidR="000A6465" w:rsidRPr="007B481D" w:rsidRDefault="000A6465" w:rsidP="000A6465">
            <w:pPr>
              <w:spacing w:before="20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Обязательные испытания (тесты)</w:t>
            </w:r>
          </w:p>
        </w:tc>
      </w:tr>
      <w:tr w:rsidR="000A6465" w:rsidRPr="007B481D" w:rsidTr="000A6465">
        <w:trPr>
          <w:trHeight w:val="578"/>
        </w:trPr>
        <w:tc>
          <w:tcPr>
            <w:tcW w:w="204" w:type="pct"/>
          </w:tcPr>
          <w:p w:rsidR="000A6465" w:rsidRPr="007B481D" w:rsidRDefault="000A6465" w:rsidP="000A6465">
            <w:pPr>
              <w:spacing w:before="20"/>
              <w:rPr>
                <w:lang w:eastAsia="ru-RU"/>
              </w:rPr>
            </w:pPr>
            <w:r w:rsidRPr="007B481D">
              <w:rPr>
                <w:lang w:eastAsia="ru-RU"/>
              </w:rPr>
              <w:t>1.</w:t>
            </w:r>
          </w:p>
        </w:tc>
        <w:tc>
          <w:tcPr>
            <w:tcW w:w="1181" w:type="pct"/>
            <w:gridSpan w:val="2"/>
          </w:tcPr>
          <w:p w:rsidR="000A6465" w:rsidRPr="007B481D" w:rsidRDefault="000A6465" w:rsidP="000A6465">
            <w:pPr>
              <w:spacing w:before="20"/>
              <w:ind w:left="-110" w:right="-110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Бег</w:t>
            </w:r>
            <w:proofErr w:type="spellEnd"/>
            <w:r w:rsidRPr="007B481D">
              <w:rPr>
                <w:noProof/>
                <w:lang w:eastAsia="ru-RU"/>
              </w:rPr>
              <w:t xml:space="preserve"> на 60</w:t>
            </w:r>
            <w:r w:rsidRPr="007B481D">
              <w:rPr>
                <w:lang w:eastAsia="ru-RU"/>
              </w:rPr>
              <w:t xml:space="preserve"> м (с)</w:t>
            </w:r>
          </w:p>
        </w:tc>
        <w:tc>
          <w:tcPr>
            <w:tcW w:w="628" w:type="pct"/>
            <w:gridSpan w:val="2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10,0</w:t>
            </w:r>
          </w:p>
        </w:tc>
        <w:tc>
          <w:tcPr>
            <w:tcW w:w="661" w:type="pct"/>
            <w:gridSpan w:val="3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9,7</w:t>
            </w:r>
          </w:p>
        </w:tc>
        <w:tc>
          <w:tcPr>
            <w:tcW w:w="528" w:type="pct"/>
            <w:gridSpan w:val="3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8,7</w:t>
            </w:r>
          </w:p>
        </w:tc>
        <w:tc>
          <w:tcPr>
            <w:tcW w:w="665" w:type="pct"/>
            <w:gridSpan w:val="2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10,9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10,6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9</w:t>
            </w:r>
            <w:r w:rsidRPr="007B481D">
              <w:rPr>
                <w:lang w:eastAsia="ru-RU"/>
              </w:rPr>
              <w:t>,</w:t>
            </w:r>
            <w:r w:rsidRPr="007B481D">
              <w:rPr>
                <w:noProof/>
                <w:lang w:eastAsia="ru-RU"/>
              </w:rPr>
              <w:t>6</w:t>
            </w:r>
          </w:p>
        </w:tc>
      </w:tr>
      <w:tr w:rsidR="000A6465" w:rsidRPr="007B481D" w:rsidTr="000A6465">
        <w:trPr>
          <w:trHeight w:val="549"/>
        </w:trPr>
        <w:tc>
          <w:tcPr>
            <w:tcW w:w="204" w:type="pct"/>
            <w:vMerge w:val="restar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2.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ind w:left="-110" w:right="-11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Бег</w:t>
            </w:r>
            <w:r w:rsidRPr="000A6465">
              <w:rPr>
                <w:noProof/>
                <w:lang w:val="ru-RU" w:eastAsia="ru-RU"/>
              </w:rPr>
              <w:t xml:space="preserve"> на 2 км</w:t>
            </w:r>
            <w:r w:rsidRPr="000A6465">
              <w:rPr>
                <w:noProof/>
                <w:lang w:val="ru-RU" w:eastAsia="ru-RU"/>
              </w:rPr>
              <w:br/>
            </w:r>
            <w:r w:rsidRPr="000A6465">
              <w:rPr>
                <w:lang w:val="ru-RU" w:eastAsia="ru-RU"/>
              </w:rPr>
              <w:t xml:space="preserve"> (мин, с)</w:t>
            </w:r>
          </w:p>
        </w:tc>
        <w:tc>
          <w:tcPr>
            <w:tcW w:w="628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9.55</w:t>
            </w:r>
          </w:p>
        </w:tc>
        <w:tc>
          <w:tcPr>
            <w:tcW w:w="661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9.30</w:t>
            </w:r>
          </w:p>
        </w:tc>
        <w:tc>
          <w:tcPr>
            <w:tcW w:w="528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9.00</w:t>
            </w:r>
          </w:p>
        </w:tc>
        <w:tc>
          <w:tcPr>
            <w:tcW w:w="665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12.10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11.40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11.00</w:t>
            </w:r>
          </w:p>
        </w:tc>
      </w:tr>
      <w:tr w:rsidR="000A6465" w:rsidRPr="007B481D" w:rsidTr="000A6465">
        <w:trPr>
          <w:trHeight w:val="146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7B481D" w:rsidRDefault="000A6465" w:rsidP="000A6465">
            <w:pPr>
              <w:ind w:left="-110" w:right="-110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или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на</w:t>
            </w:r>
            <w:proofErr w:type="spellEnd"/>
            <w:r w:rsidRPr="007B481D">
              <w:rPr>
                <w:lang w:eastAsia="ru-RU"/>
              </w:rPr>
              <w:t xml:space="preserve"> 3 </w:t>
            </w:r>
            <w:proofErr w:type="spellStart"/>
            <w:r w:rsidRPr="007B481D">
              <w:rPr>
                <w:lang w:eastAsia="ru-RU"/>
              </w:rPr>
              <w:t>км</w:t>
            </w:r>
            <w:proofErr w:type="spellEnd"/>
            <w:r w:rsidRPr="007B481D">
              <w:rPr>
                <w:lang w:eastAsia="ru-RU"/>
              </w:rPr>
              <w:t xml:space="preserve"> </w:t>
            </w:r>
          </w:p>
        </w:tc>
        <w:tc>
          <w:tcPr>
            <w:tcW w:w="628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661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528" w:type="pct"/>
            <w:gridSpan w:val="3"/>
            <w:vAlign w:val="center"/>
          </w:tcPr>
          <w:p w:rsidR="000A6465" w:rsidRPr="007B481D" w:rsidRDefault="000A6465" w:rsidP="000A6465">
            <w:pPr>
              <w:ind w:left="-118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665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-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-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-</w:t>
            </w:r>
          </w:p>
        </w:tc>
      </w:tr>
      <w:tr w:rsidR="000A6465" w:rsidRPr="007B481D" w:rsidTr="000A6465">
        <w:trPr>
          <w:trHeight w:val="558"/>
        </w:trPr>
        <w:tc>
          <w:tcPr>
            <w:tcW w:w="204" w:type="pct"/>
            <w:vMerge w:val="restar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3.</w:t>
            </w:r>
          </w:p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tabs>
                <w:tab w:val="left" w:pos="1736"/>
              </w:tabs>
              <w:ind w:left="-110" w:right="-11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28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4</w:t>
            </w:r>
          </w:p>
        </w:tc>
        <w:tc>
          <w:tcPr>
            <w:tcW w:w="661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6</w:t>
            </w:r>
          </w:p>
        </w:tc>
        <w:tc>
          <w:tcPr>
            <w:tcW w:w="528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10</w:t>
            </w:r>
          </w:p>
        </w:tc>
        <w:tc>
          <w:tcPr>
            <w:tcW w:w="665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</w:tr>
      <w:tr w:rsidR="000A6465" w:rsidRPr="007B481D" w:rsidTr="000A6465">
        <w:trPr>
          <w:trHeight w:val="601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ind w:left="-110" w:right="-11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28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661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528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665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9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11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18</w:t>
            </w:r>
          </w:p>
        </w:tc>
      </w:tr>
      <w:tr w:rsidR="000A6465" w:rsidRPr="007B481D" w:rsidTr="000A6465">
        <w:trPr>
          <w:trHeight w:val="469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ind w:left="-110" w:right="-11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8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661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528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-</w:t>
            </w:r>
          </w:p>
        </w:tc>
        <w:tc>
          <w:tcPr>
            <w:tcW w:w="665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7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9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15</w:t>
            </w:r>
          </w:p>
        </w:tc>
      </w:tr>
      <w:tr w:rsidR="000A6465" w:rsidRPr="007B481D" w:rsidTr="000A6465">
        <w:trPr>
          <w:trHeight w:val="1460"/>
        </w:trPr>
        <w:tc>
          <w:tcPr>
            <w:tcW w:w="204" w:type="pc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4.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ind w:left="-110" w:right="-11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28" w:type="pct"/>
            <w:gridSpan w:val="2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Касание пола пальцами рук</w:t>
            </w:r>
          </w:p>
        </w:tc>
        <w:tc>
          <w:tcPr>
            <w:tcW w:w="661" w:type="pct"/>
            <w:gridSpan w:val="3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Касание пола пальцами рук</w:t>
            </w:r>
          </w:p>
        </w:tc>
        <w:tc>
          <w:tcPr>
            <w:tcW w:w="528" w:type="pct"/>
            <w:gridSpan w:val="3"/>
            <w:vAlign w:val="center"/>
          </w:tcPr>
          <w:p w:rsidR="000A6465" w:rsidRPr="007B481D" w:rsidRDefault="000A6465" w:rsidP="000A6465">
            <w:pPr>
              <w:spacing w:before="20"/>
              <w:ind w:left="-120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Достать пол ладонями</w:t>
            </w:r>
          </w:p>
        </w:tc>
        <w:tc>
          <w:tcPr>
            <w:tcW w:w="665" w:type="pct"/>
            <w:gridSpan w:val="2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Касание пола пальцами рук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spacing w:before="20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Касание пола пальцами рук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spacing w:before="20"/>
              <w:ind w:left="-142" w:right="-111"/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Касание пола пальцами рук</w:t>
            </w:r>
          </w:p>
        </w:tc>
      </w:tr>
      <w:tr w:rsidR="000A6465" w:rsidRPr="007B481D" w:rsidTr="000A6465">
        <w:trPr>
          <w:trHeight w:val="273"/>
        </w:trPr>
        <w:tc>
          <w:tcPr>
            <w:tcW w:w="5000" w:type="pct"/>
            <w:gridSpan w:val="18"/>
            <w:vAlign w:val="center"/>
          </w:tcPr>
          <w:p w:rsidR="000A6465" w:rsidRPr="007B481D" w:rsidRDefault="000A6465" w:rsidP="000A6465">
            <w:pPr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Испытания (тесты) по выбору</w:t>
            </w:r>
          </w:p>
        </w:tc>
      </w:tr>
      <w:tr w:rsidR="000A6465" w:rsidRPr="007B481D" w:rsidTr="000A6465">
        <w:trPr>
          <w:trHeight w:val="832"/>
        </w:trPr>
        <w:tc>
          <w:tcPr>
            <w:tcW w:w="204" w:type="pct"/>
            <w:vMerge w:val="restar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5.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noProof/>
                <w:lang w:val="ru-RU" w:eastAsia="ru-RU"/>
              </w:rPr>
              <w:t>Прыжок в длину с разбега (см)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330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350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390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280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290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330</w:t>
            </w:r>
          </w:p>
        </w:tc>
      </w:tr>
      <w:tr w:rsidR="000A6465" w:rsidRPr="007B481D" w:rsidTr="000A6465">
        <w:trPr>
          <w:trHeight w:val="832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noProof/>
                <w:lang w:val="ru-RU" w:eastAsia="ru-RU"/>
              </w:rPr>
              <w:t>или прыжок в длину с места толчком двумя ногами (см)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175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185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200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150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155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175</w:t>
            </w:r>
          </w:p>
        </w:tc>
      </w:tr>
      <w:tr w:rsidR="000A6465" w:rsidRPr="007B481D" w:rsidTr="000A6465">
        <w:trPr>
          <w:trHeight w:val="832"/>
        </w:trPr>
        <w:tc>
          <w:tcPr>
            <w:tcW w:w="204" w:type="pc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6.</w:t>
            </w:r>
          </w:p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30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36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47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25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30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40</w:t>
            </w:r>
          </w:p>
        </w:tc>
      </w:tr>
      <w:tr w:rsidR="000A6465" w:rsidRPr="007B481D" w:rsidTr="000A6465">
        <w:trPr>
          <w:trHeight w:val="556"/>
        </w:trPr>
        <w:tc>
          <w:tcPr>
            <w:tcW w:w="204" w:type="pc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7.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Метание мяча</w:t>
            </w:r>
            <w:r w:rsidRPr="000A6465">
              <w:rPr>
                <w:noProof/>
                <w:lang w:val="ru-RU" w:eastAsia="ru-RU"/>
              </w:rPr>
              <w:t xml:space="preserve"> весом </w:t>
            </w:r>
            <w:r w:rsidRPr="000A6465">
              <w:rPr>
                <w:noProof/>
                <w:lang w:val="ru-RU" w:eastAsia="ru-RU"/>
              </w:rPr>
              <w:lastRenderedPageBreak/>
              <w:t>150</w:t>
            </w:r>
            <w:r w:rsidRPr="000A6465">
              <w:rPr>
                <w:lang w:val="ru-RU" w:eastAsia="ru-RU"/>
              </w:rPr>
              <w:t xml:space="preserve"> г (м)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lastRenderedPageBreak/>
              <w:t>30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35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40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18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21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26</w:t>
            </w:r>
          </w:p>
        </w:tc>
      </w:tr>
      <w:tr w:rsidR="000A6465" w:rsidRPr="007B481D" w:rsidTr="000A6465">
        <w:trPr>
          <w:trHeight w:val="567"/>
        </w:trPr>
        <w:tc>
          <w:tcPr>
            <w:tcW w:w="204" w:type="pct"/>
            <w:vMerge w:val="restar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8.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ind w:right="-108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Бег на лыжах</w:t>
            </w:r>
            <w:r w:rsidRPr="000A6465">
              <w:rPr>
                <w:noProof/>
                <w:lang w:val="ru-RU" w:eastAsia="ru-RU"/>
              </w:rPr>
              <w:t xml:space="preserve"> на 3</w:t>
            </w:r>
            <w:r w:rsidRPr="000A6465">
              <w:rPr>
                <w:lang w:val="ru-RU" w:eastAsia="ru-RU"/>
              </w:rPr>
              <w:t xml:space="preserve"> км (мин, с)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18.45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17.45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16.30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22.30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21.30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19.30</w:t>
            </w:r>
          </w:p>
        </w:tc>
      </w:tr>
      <w:tr w:rsidR="000A6465" w:rsidRPr="007B481D" w:rsidTr="000A6465">
        <w:trPr>
          <w:trHeight w:val="227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ind w:right="-108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или на 5 км (мин, с) 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28.00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27.15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26.00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-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-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-</w:t>
            </w:r>
          </w:p>
        </w:tc>
      </w:tr>
      <w:tr w:rsidR="000A6465" w:rsidRPr="007B481D" w:rsidTr="000A6465">
        <w:trPr>
          <w:trHeight w:val="605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или кросс </w:t>
            </w:r>
          </w:p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на 3 км по пересеченной местности*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ind w:right="-106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tabs>
                <w:tab w:val="left" w:pos="2392"/>
              </w:tabs>
              <w:ind w:left="-142" w:right="-111"/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</w:tr>
      <w:tr w:rsidR="000A6465" w:rsidRPr="007B481D" w:rsidTr="000A6465">
        <w:trPr>
          <w:trHeight w:val="617"/>
        </w:trPr>
        <w:tc>
          <w:tcPr>
            <w:tcW w:w="204" w:type="pc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9.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rPr>
                <w:noProof/>
                <w:lang w:val="ru-RU" w:eastAsia="ru-RU"/>
              </w:rPr>
            </w:pPr>
            <w:r w:rsidRPr="000A6465">
              <w:rPr>
                <w:lang w:val="ru-RU" w:eastAsia="ru-RU"/>
              </w:rPr>
              <w:t>Плавание</w:t>
            </w:r>
            <w:r w:rsidRPr="000A6465">
              <w:rPr>
                <w:noProof/>
                <w:lang w:val="ru-RU" w:eastAsia="ru-RU"/>
              </w:rPr>
              <w:t xml:space="preserve"> </w:t>
            </w:r>
          </w:p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noProof/>
                <w:lang w:val="ru-RU" w:eastAsia="ru-RU"/>
              </w:rPr>
              <w:t>на 50</w:t>
            </w:r>
            <w:r w:rsidRPr="000A6465">
              <w:rPr>
                <w:lang w:val="ru-RU" w:eastAsia="ru-RU"/>
              </w:rPr>
              <w:t xml:space="preserve"> м (мин, с)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0.43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proofErr w:type="spellStart"/>
            <w:r w:rsidRPr="007B481D">
              <w:rPr>
                <w:lang w:eastAsia="ru-RU"/>
              </w:rPr>
              <w:t>Без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учета</w:t>
            </w:r>
            <w:proofErr w:type="spellEnd"/>
            <w:r w:rsidRPr="007B481D">
              <w:rPr>
                <w:lang w:eastAsia="ru-RU"/>
              </w:rPr>
              <w:t xml:space="preserve"> </w:t>
            </w:r>
            <w:proofErr w:type="spellStart"/>
            <w:r w:rsidRPr="007B481D">
              <w:rPr>
                <w:lang w:eastAsia="ru-RU"/>
              </w:rPr>
              <w:t>времени</w:t>
            </w:r>
            <w:proofErr w:type="spellEnd"/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noProof/>
                <w:lang w:eastAsia="ru-RU"/>
              </w:rPr>
              <w:t>1.05</w:t>
            </w:r>
          </w:p>
        </w:tc>
      </w:tr>
      <w:tr w:rsidR="000A6465" w:rsidRPr="007B481D" w:rsidTr="000A6465">
        <w:trPr>
          <w:trHeight w:val="874"/>
        </w:trPr>
        <w:tc>
          <w:tcPr>
            <w:tcW w:w="204" w:type="pct"/>
            <w:vMerge w:val="restar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10.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spacing w:before="20"/>
              <w:ind w:right="-108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  <w:r w:rsidRPr="000A6465">
              <w:rPr>
                <w:lang w:val="ru-RU" w:eastAsia="ru-RU"/>
              </w:rPr>
              <w:br/>
              <w:t>10 м (очки)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15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20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25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15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20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25</w:t>
            </w:r>
          </w:p>
        </w:tc>
      </w:tr>
      <w:tr w:rsidR="000A6465" w:rsidRPr="007B481D" w:rsidTr="000A6465">
        <w:trPr>
          <w:trHeight w:val="874"/>
        </w:trPr>
        <w:tc>
          <w:tcPr>
            <w:tcW w:w="204" w:type="pct"/>
            <w:vMerge/>
          </w:tcPr>
          <w:p w:rsidR="000A6465" w:rsidRPr="007B481D" w:rsidRDefault="000A6465" w:rsidP="000A6465">
            <w:pPr>
              <w:rPr>
                <w:lang w:eastAsia="ru-RU"/>
              </w:rPr>
            </w:pP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spacing w:before="20"/>
              <w:ind w:right="-108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Pr="000A6465">
              <w:rPr>
                <w:lang w:val="ru-RU" w:eastAsia="ru-RU"/>
              </w:rPr>
              <w:br/>
              <w:t>10 м (очки)</w:t>
            </w:r>
          </w:p>
        </w:tc>
        <w:tc>
          <w:tcPr>
            <w:tcW w:w="618" w:type="pct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18</w:t>
            </w:r>
          </w:p>
        </w:tc>
        <w:tc>
          <w:tcPr>
            <w:tcW w:w="665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25</w:t>
            </w:r>
          </w:p>
        </w:tc>
        <w:tc>
          <w:tcPr>
            <w:tcW w:w="534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30</w:t>
            </w:r>
          </w:p>
        </w:tc>
        <w:tc>
          <w:tcPr>
            <w:tcW w:w="68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18</w:t>
            </w:r>
          </w:p>
        </w:tc>
        <w:tc>
          <w:tcPr>
            <w:tcW w:w="666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7B481D">
              <w:rPr>
                <w:lang w:eastAsia="ru-RU"/>
              </w:rPr>
              <w:t>25</w:t>
            </w:r>
          </w:p>
        </w:tc>
        <w:tc>
          <w:tcPr>
            <w:tcW w:w="450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30</w:t>
            </w:r>
          </w:p>
        </w:tc>
      </w:tr>
      <w:tr w:rsidR="000A6465" w:rsidRPr="007B481D" w:rsidTr="000A6465">
        <w:trPr>
          <w:trHeight w:val="779"/>
        </w:trPr>
        <w:tc>
          <w:tcPr>
            <w:tcW w:w="204" w:type="pct"/>
          </w:tcPr>
          <w:p w:rsidR="000A6465" w:rsidRPr="007B481D" w:rsidRDefault="000A6465" w:rsidP="000A6465">
            <w:pPr>
              <w:rPr>
                <w:lang w:eastAsia="ru-RU"/>
              </w:rPr>
            </w:pPr>
            <w:r w:rsidRPr="007B481D">
              <w:rPr>
                <w:lang w:eastAsia="ru-RU"/>
              </w:rPr>
              <w:t>11.</w:t>
            </w:r>
          </w:p>
        </w:tc>
        <w:tc>
          <w:tcPr>
            <w:tcW w:w="1181" w:type="pct"/>
            <w:gridSpan w:val="2"/>
          </w:tcPr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Туристский поход с проверкой </w:t>
            </w:r>
          </w:p>
          <w:p w:rsidR="000A6465" w:rsidRPr="000A6465" w:rsidRDefault="000A6465" w:rsidP="000A6465">
            <w:pPr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туристских навыков</w:t>
            </w:r>
          </w:p>
        </w:tc>
        <w:tc>
          <w:tcPr>
            <w:tcW w:w="3615" w:type="pct"/>
            <w:gridSpan w:val="15"/>
            <w:vAlign w:val="center"/>
          </w:tcPr>
          <w:p w:rsidR="000A6465" w:rsidRPr="007B481D" w:rsidRDefault="000A6465" w:rsidP="000A6465">
            <w:pPr>
              <w:jc w:val="center"/>
              <w:rPr>
                <w:lang w:eastAsia="ru-RU"/>
              </w:rPr>
            </w:pPr>
            <w:r w:rsidRPr="000A6465">
              <w:rPr>
                <w:lang w:val="ru-RU" w:eastAsia="ru-RU"/>
              </w:rPr>
              <w:t xml:space="preserve">Туристский поход с проверкой туристских навыков на дистанцию </w:t>
            </w:r>
            <w:r w:rsidRPr="000A6465">
              <w:rPr>
                <w:lang w:val="ru-RU" w:eastAsia="ru-RU"/>
              </w:rPr>
              <w:br/>
            </w:r>
            <w:r w:rsidRPr="007B481D">
              <w:rPr>
                <w:lang w:eastAsia="ru-RU"/>
              </w:rPr>
              <w:t xml:space="preserve">10 </w:t>
            </w:r>
            <w:proofErr w:type="spellStart"/>
            <w:r w:rsidRPr="007B481D">
              <w:rPr>
                <w:lang w:eastAsia="ru-RU"/>
              </w:rPr>
              <w:t>км</w:t>
            </w:r>
            <w:proofErr w:type="spellEnd"/>
          </w:p>
        </w:tc>
      </w:tr>
      <w:tr w:rsidR="000A6465" w:rsidRPr="007B481D" w:rsidTr="000A6465">
        <w:trPr>
          <w:trHeight w:val="887"/>
        </w:trPr>
        <w:tc>
          <w:tcPr>
            <w:tcW w:w="1385" w:type="pct"/>
            <w:gridSpan w:val="3"/>
          </w:tcPr>
          <w:p w:rsidR="000A6465" w:rsidRPr="000A6465" w:rsidRDefault="000A6465" w:rsidP="000A6465">
            <w:pPr>
              <w:spacing w:before="2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 xml:space="preserve">Количество видов испытаний (тестов) </w:t>
            </w:r>
          </w:p>
          <w:p w:rsidR="000A6465" w:rsidRPr="000A6465" w:rsidRDefault="000A6465" w:rsidP="000A6465">
            <w:pPr>
              <w:spacing w:before="2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в возрастной группе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11</w:t>
            </w:r>
          </w:p>
        </w:tc>
        <w:tc>
          <w:tcPr>
            <w:tcW w:w="716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11</w:t>
            </w:r>
          </w:p>
        </w:tc>
        <w:tc>
          <w:tcPr>
            <w:tcW w:w="588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11</w:t>
            </w:r>
          </w:p>
        </w:tc>
        <w:tc>
          <w:tcPr>
            <w:tcW w:w="65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11</w:t>
            </w:r>
          </w:p>
        </w:tc>
        <w:tc>
          <w:tcPr>
            <w:tcW w:w="534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11</w:t>
            </w:r>
          </w:p>
        </w:tc>
        <w:tc>
          <w:tcPr>
            <w:tcW w:w="442" w:type="pct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11</w:t>
            </w:r>
          </w:p>
        </w:tc>
      </w:tr>
      <w:tr w:rsidR="000A6465" w:rsidRPr="007B481D" w:rsidTr="000A6465">
        <w:trPr>
          <w:trHeight w:val="572"/>
        </w:trPr>
        <w:tc>
          <w:tcPr>
            <w:tcW w:w="1385" w:type="pct"/>
            <w:gridSpan w:val="3"/>
          </w:tcPr>
          <w:p w:rsidR="000A6465" w:rsidRPr="000A6465" w:rsidRDefault="000A6465" w:rsidP="000A6465">
            <w:pPr>
              <w:spacing w:before="20"/>
              <w:rPr>
                <w:lang w:val="ru-RU" w:eastAsia="ru-RU"/>
              </w:rPr>
            </w:pPr>
            <w:r w:rsidRPr="000A6465">
              <w:rPr>
                <w:lang w:val="ru-RU"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83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6</w:t>
            </w:r>
          </w:p>
        </w:tc>
        <w:tc>
          <w:tcPr>
            <w:tcW w:w="716" w:type="pct"/>
            <w:gridSpan w:val="4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7</w:t>
            </w:r>
          </w:p>
        </w:tc>
        <w:tc>
          <w:tcPr>
            <w:tcW w:w="588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8</w:t>
            </w:r>
          </w:p>
        </w:tc>
        <w:tc>
          <w:tcPr>
            <w:tcW w:w="652" w:type="pct"/>
            <w:gridSpan w:val="3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6</w:t>
            </w:r>
          </w:p>
        </w:tc>
        <w:tc>
          <w:tcPr>
            <w:tcW w:w="534" w:type="pct"/>
            <w:gridSpan w:val="2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7</w:t>
            </w:r>
          </w:p>
        </w:tc>
        <w:tc>
          <w:tcPr>
            <w:tcW w:w="442" w:type="pct"/>
            <w:vAlign w:val="center"/>
          </w:tcPr>
          <w:p w:rsidR="000A6465" w:rsidRPr="007B481D" w:rsidRDefault="000A6465" w:rsidP="000A6465">
            <w:pPr>
              <w:jc w:val="center"/>
              <w:rPr>
                <w:noProof/>
                <w:lang w:eastAsia="ru-RU"/>
              </w:rPr>
            </w:pPr>
            <w:r w:rsidRPr="007B481D">
              <w:rPr>
                <w:noProof/>
                <w:lang w:eastAsia="ru-RU"/>
              </w:rPr>
              <w:t>8</w:t>
            </w:r>
          </w:p>
        </w:tc>
      </w:tr>
    </w:tbl>
    <w:p w:rsidR="000A6465" w:rsidRDefault="000A6465" w:rsidP="000A646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A6465" w:rsidRDefault="000A6465" w:rsidP="000A646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A6465" w:rsidRDefault="000A6465" w:rsidP="000A646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A6465" w:rsidRPr="000A6465" w:rsidRDefault="000A6465" w:rsidP="000A6465">
      <w:pPr>
        <w:rPr>
          <w:rFonts w:ascii="Times New Roman" w:hAnsi="Times New Roman" w:cs="Times New Roman"/>
          <w:b/>
          <w:sz w:val="24"/>
          <w:szCs w:val="24"/>
          <w:lang w:val="ru-RU"/>
        </w:rPr>
        <w:sectPr w:rsidR="000A6465" w:rsidRPr="000A6465">
          <w:pgSz w:w="11900" w:h="16840"/>
          <w:pgMar w:top="286" w:right="662" w:bottom="992" w:left="666" w:header="720" w:footer="720" w:gutter="0"/>
          <w:cols w:space="720" w:equalWidth="0">
            <w:col w:w="10572" w:space="0"/>
          </w:cols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</w:t>
      </w:r>
      <w:r w:rsidRPr="000A6465">
        <w:rPr>
          <w:rFonts w:ascii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544A6E" w:rsidRPr="00761532" w:rsidRDefault="00544A6E" w:rsidP="00544A6E">
      <w:pPr>
        <w:autoSpaceDE w:val="0"/>
        <w:autoSpaceDN w:val="0"/>
        <w:spacing w:after="78" w:line="220" w:lineRule="exact"/>
        <w:rPr>
          <w:lang w:val="ru-RU"/>
        </w:rPr>
      </w:pPr>
    </w:p>
    <w:p w:rsidR="00761532" w:rsidRPr="00761532" w:rsidRDefault="00761532" w:rsidP="00761532">
      <w:pPr>
        <w:autoSpaceDE w:val="0"/>
        <w:autoSpaceDN w:val="0"/>
        <w:spacing w:after="0" w:line="230" w:lineRule="auto"/>
        <w:ind w:right="3636"/>
        <w:jc w:val="right"/>
        <w:rPr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6509"/>
        <w:gridCol w:w="831"/>
        <w:gridCol w:w="831"/>
        <w:gridCol w:w="1661"/>
      </w:tblGrid>
      <w:tr w:rsidR="00BA0E3D" w:rsidRPr="00A30A42" w:rsidTr="00BA0E3D">
        <w:trPr>
          <w:trHeight w:val="235"/>
        </w:trPr>
        <w:tc>
          <w:tcPr>
            <w:tcW w:w="317" w:type="pct"/>
            <w:vMerge w:val="restart"/>
            <w:tcBorders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00" w:type="pct"/>
            <w:vMerge w:val="restart"/>
            <w:tcBorders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</w:t>
            </w:r>
            <w:proofErr w:type="spellEnd"/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Цифровые образовательные ресурсы и ресурсы сети интернет</w:t>
            </w:r>
          </w:p>
        </w:tc>
      </w:tr>
      <w:tr w:rsidR="00BA0E3D" w:rsidRPr="00BA0E3D" w:rsidTr="00747D51">
        <w:trPr>
          <w:trHeight w:val="234"/>
        </w:trPr>
        <w:tc>
          <w:tcPr>
            <w:tcW w:w="317" w:type="pct"/>
            <w:vMerge/>
            <w:tcBorders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00" w:type="pct"/>
            <w:vMerge/>
            <w:tcBorders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  <w:proofErr w:type="spellEnd"/>
          </w:p>
        </w:tc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289"/>
        </w:trPr>
        <w:tc>
          <w:tcPr>
            <w:tcW w:w="317" w:type="pct"/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pct"/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Техника безопасности на уроках физкультуры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396" w:type="pct"/>
            <w:tcBorders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left w:val="single" w:sz="4" w:space="0" w:color="auto"/>
            </w:tcBorders>
          </w:tcPr>
          <w:p w:rsidR="00BA0E3D" w:rsidRPr="00BA0E3D" w:rsidRDefault="00A30A42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BA0E3D" w:rsidRPr="00BA0E3D">
                <w:rPr>
                  <w:rStyle w:val="aff8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https://resh.edu.ru/subject/9/9/</w:t>
              </w:r>
            </w:hyperlink>
            <w:r w:rsidR="00BA0E3D"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0E3D" w:rsidRPr="00BA0E3D" w:rsidTr="00BA0E3D">
        <w:tc>
          <w:tcPr>
            <w:tcW w:w="317" w:type="pct"/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pct"/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396" w:type="pct"/>
            <w:tcBorders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lef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c>
          <w:tcPr>
            <w:tcW w:w="317" w:type="pct"/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pct"/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Техника безопасности на уроках физкультуры</w:t>
            </w:r>
            <w:r w:rsidRPr="00BA0E3D">
              <w:rPr>
                <w:rStyle w:val="130"/>
                <w:rFonts w:eastAsiaTheme="minorEastAsia"/>
                <w:sz w:val="24"/>
                <w:szCs w:val="24"/>
              </w:rPr>
              <w:t xml:space="preserve"> Роль физкультуры в укреплении здоровья</w:t>
            </w: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технику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низкого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старта</w:t>
            </w:r>
            <w:proofErr w:type="spellEnd"/>
          </w:p>
        </w:tc>
        <w:tc>
          <w:tcPr>
            <w:tcW w:w="396" w:type="pct"/>
            <w:tcBorders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96" w:type="pct"/>
            <w:tcBorders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lef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79"/>
        </w:trPr>
        <w:tc>
          <w:tcPr>
            <w:tcW w:w="317" w:type="pct"/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pct"/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преследованием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396" w:type="pct"/>
            <w:tcBorders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lef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90"/>
        </w:trPr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0" w:type="pct"/>
            <w:tcBorders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Повторить прыжок в длину с разбега. 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Эстафета с прыжками. Медленный бег 7мин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269"/>
        </w:trPr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0" w:type="pct"/>
            <w:tcBorders>
              <w:top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Бег 60 </w:t>
            </w:r>
            <w:proofErr w:type="gramStart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 .</w:t>
            </w:r>
            <w:proofErr w:type="gramEnd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Медленный бег 8мин. </w:t>
            </w: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Прыжковые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Учёт освоения метания мяча на дальность.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213"/>
        </w:trPr>
        <w:tc>
          <w:tcPr>
            <w:tcW w:w="31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0" w:type="pct"/>
            <w:tcBorders>
              <w:top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Учёт прыжка в длину с разбега.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ГТО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9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Ведение мяча с изменением направления.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251"/>
        </w:trPr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00" w:type="pct"/>
            <w:tcBorders>
              <w:top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Позиционное нападение и личная защита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201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Прыжок в высоту.  Бег до 8 мин.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636"/>
        </w:trPr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00" w:type="pct"/>
            <w:tcBorders>
              <w:top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Штрафной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бросок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righ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игроков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Преодоление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полосы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препятствий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Шестиминутный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Бег 30 метров с максимальной скоростью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дальность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технику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подтягивании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8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36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Тренировка в подтягивании, подвижные игры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36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Кувырки вперед и назад. Развитие силы.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Лазанье по канату в три приема.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Кувырок назад в стойку ноги врозь,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Опускание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присев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Стойка на голове и руках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Лазанье по канату. Развитие силы.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Подъем махом назад </w:t>
            </w:r>
            <w:proofErr w:type="gramStart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сед ноги</w:t>
            </w:r>
            <w:proofErr w:type="gramEnd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врозь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Акробатические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Опорный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согнув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Акробатическая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комбинация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Прыжок боком с поворотом на 90</w:t>
            </w:r>
            <w:r w:rsidRPr="00BA0E3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 xml:space="preserve">о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изученных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Гимнастическая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полоса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препятствий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8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внимание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Правила безопасного поведения  на лыжне.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  <w:proofErr w:type="gram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,.</w:t>
            </w:r>
            <w:proofErr w:type="gram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5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9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Подъем в гору скользящим шагом.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Спуски с горы в средней стойке.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Спуски в средней стойке, подъемы, торможения.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Коньковый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спусков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Торможение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упором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Преодоление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бугров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впадин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ходы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Коньковый ход.    Спуски и повороты.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37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Прохождение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5км  .</w:t>
            </w:r>
            <w:proofErr w:type="gram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20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скоростной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выносливости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Одновременный одношажный ход (стартовый вариант)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2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Коньковый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51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Преодоление бугров и впадин при спуске с горы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2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Прохождение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4,5км.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2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left" w:pos="189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Коньковый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2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ходы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right" w:pos="4179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Торможение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упором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2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2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Коньковый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Кувырк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назад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Акробатическая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3-4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Полоса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препятствий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равновесии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Элементы единоборств. Спортивная игра «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Куреш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Стойки и передвижение в стойке.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Куреш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8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Захваты рук и туловища Спортивная игра «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Куреш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 «Выталкивание из круга» Спортивная игра «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Куреш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5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left" w:pos="189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Борьба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7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Перетягивание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парах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43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right" w:pos="4179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Перетягивание за палку через черту.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Кувырок вперед и назад с партнером.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Броски  одной  и двумя руками в прыжке.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Позиционное нападение и личная защита в игровых взаимодействиях 2:2 на одну корзину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Взаимодействие трех игроков (тройка и малая восьмерка)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26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Взаимодействие двух  игроков в нападении и защите через «заслон».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1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Верхняя и нижняя </w:t>
            </w:r>
            <w:proofErr w:type="gramStart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передачи .</w:t>
            </w:r>
            <w:proofErr w:type="gramEnd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Учебная игра в баскетбол.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3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Передачи мяча во встречных колоннах. Прием мяча снизу после подачи.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Прямой нападающий удар при встречных передачах.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02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Нижняя прямая подача в заданную часть площадки.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Верхняя и нижняя передачи через сетку в парах.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Верхняя передача  сверху на месте и с перемещением.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 в нападении в зоне 3 Игра по упрощенным правилам.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34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9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Промежуточная аттестация в форме сдачи нормативов физического </w:t>
            </w:r>
            <w:proofErr w:type="gramStart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развития .Сдача</w:t>
            </w:r>
            <w:proofErr w:type="gramEnd"/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контрольных нормативов ГТО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Бег 30 м, 100м. Медленный бег 6мин.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лапта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Прыжок в длину с разбега в 15-20 шагов.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Медленный бег до 7мин.Игра «Русская лапта»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Метание мяча на дальность с 4-5 шагов.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Совершенствовать метание мяча на дальность с 4-5 шагов разбега.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11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Учёт по прыжкам в длину с разбега. 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7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контрольных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ГТО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3D" w:rsidRPr="00BA0E3D" w:rsidTr="00BA0E3D">
        <w:trPr>
          <w:trHeight w:val="77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spellEnd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E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:rsidR="00BA0E3D" w:rsidRPr="00BA0E3D" w:rsidRDefault="00BA0E3D" w:rsidP="000A646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2C18" w:rsidRPr="00761532" w:rsidRDefault="00A22C18">
      <w:pPr>
        <w:rPr>
          <w:lang w:val="ru-RU"/>
        </w:rPr>
        <w:sectPr w:rsidR="00A22C18" w:rsidRPr="00761532" w:rsidSect="00BA0E3D">
          <w:pgSz w:w="11900" w:h="16840"/>
          <w:pgMar w:top="298" w:right="880" w:bottom="993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BA0E3D" w:rsidRDefault="00BA0E3D" w:rsidP="00BA0E3D">
      <w:pPr>
        <w:shd w:val="clear" w:color="auto" w:fill="FFFFFF"/>
        <w:jc w:val="center"/>
        <w:textAlignment w:val="baseline"/>
        <w:rPr>
          <w:b/>
        </w:rPr>
      </w:pPr>
      <w:proofErr w:type="spellStart"/>
      <w:r w:rsidRPr="007B481D">
        <w:rPr>
          <w:b/>
        </w:rPr>
        <w:lastRenderedPageBreak/>
        <w:t>Контроль</w:t>
      </w:r>
      <w:proofErr w:type="spellEnd"/>
      <w:r w:rsidRPr="007B481D">
        <w:rPr>
          <w:b/>
        </w:rPr>
        <w:t xml:space="preserve"> и </w:t>
      </w:r>
      <w:proofErr w:type="spellStart"/>
      <w:r w:rsidRPr="007B481D">
        <w:rPr>
          <w:b/>
        </w:rPr>
        <w:t>учет</w:t>
      </w:r>
      <w:proofErr w:type="spellEnd"/>
      <w:r w:rsidRPr="007B481D">
        <w:rPr>
          <w:b/>
        </w:rPr>
        <w:t xml:space="preserve"> </w:t>
      </w:r>
      <w:proofErr w:type="spellStart"/>
      <w:r w:rsidRPr="007B481D">
        <w:rPr>
          <w:b/>
        </w:rPr>
        <w:t>знаний</w:t>
      </w:r>
      <w:proofErr w:type="spellEnd"/>
    </w:p>
    <w:tbl>
      <w:tblPr>
        <w:tblW w:w="90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2"/>
        <w:gridCol w:w="758"/>
        <w:gridCol w:w="758"/>
        <w:gridCol w:w="758"/>
        <w:gridCol w:w="758"/>
        <w:gridCol w:w="758"/>
        <w:gridCol w:w="773"/>
      </w:tblGrid>
      <w:tr w:rsidR="00BA0E3D" w:rsidRPr="00354CF1" w:rsidTr="004D77BB">
        <w:trPr>
          <w:tblCellSpacing w:w="15" w:type="dxa"/>
        </w:trPr>
        <w:tc>
          <w:tcPr>
            <w:tcW w:w="4050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b/>
                <w:bCs/>
                <w:sz w:val="21"/>
                <w:szCs w:val="21"/>
                <w:lang w:eastAsia="ru-RU"/>
              </w:rPr>
              <w:t>Упражнения</w:t>
            </w:r>
            <w:proofErr w:type="spellEnd"/>
            <w:r w:rsidRPr="00354CF1">
              <w:rPr>
                <w:rFonts w:ascii="inherit" w:hAnsi="inherit" w:cs="Arial"/>
                <w:b/>
                <w:bCs/>
                <w:sz w:val="21"/>
                <w:szCs w:val="21"/>
                <w:lang w:eastAsia="ru-RU"/>
              </w:rPr>
              <w:t xml:space="preserve">, 9 </w:t>
            </w:r>
            <w:proofErr w:type="spellStart"/>
            <w:r w:rsidRPr="00354CF1">
              <w:rPr>
                <w:rFonts w:ascii="inherit" w:hAnsi="inherit" w:cs="Arial"/>
                <w:b/>
                <w:bCs/>
                <w:sz w:val="21"/>
                <w:szCs w:val="21"/>
                <w:lang w:eastAsia="ru-RU"/>
              </w:rPr>
              <w:t>класс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Мальчики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Девочки</w:t>
            </w:r>
            <w:proofErr w:type="spellEnd"/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jc w:val="center"/>
              <w:textAlignment w:val="baseline"/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3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A30A42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hyperlink r:id="rId9" w:history="1">
              <w:proofErr w:type="spellStart"/>
              <w:r w:rsidR="00BA0E3D" w:rsidRPr="00354CF1">
                <w:rPr>
                  <w:rFonts w:ascii="inherit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Челночный</w:t>
              </w:r>
              <w:proofErr w:type="spellEnd"/>
              <w:r w:rsidR="00BA0E3D" w:rsidRPr="00354CF1">
                <w:rPr>
                  <w:rFonts w:ascii="inherit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BA0E3D" w:rsidRPr="00354CF1">
                <w:rPr>
                  <w:rFonts w:ascii="inherit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бег</w:t>
              </w:r>
              <w:proofErr w:type="spellEnd"/>
            </w:hyperlink>
            <w:r w:rsidR="00BA0E3D"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 4×9 м, </w:t>
            </w:r>
            <w:proofErr w:type="spellStart"/>
            <w:r w:rsidR="00BA0E3D"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сек</w:t>
            </w:r>
            <w:proofErr w:type="spellEnd"/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11,0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A30A42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hyperlink r:id="rId10" w:history="1">
              <w:proofErr w:type="spellStart"/>
              <w:r w:rsidR="00BA0E3D" w:rsidRPr="00354CF1">
                <w:rPr>
                  <w:rFonts w:ascii="inherit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Бег</w:t>
              </w:r>
              <w:proofErr w:type="spellEnd"/>
              <w:r w:rsidR="00BA0E3D" w:rsidRPr="00354CF1">
                <w:rPr>
                  <w:rFonts w:ascii="inherit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 30 м</w:t>
              </w:r>
            </w:hyperlink>
            <w:r w:rsidR="00BA0E3D"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, с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5,9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Бег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60 м, с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10,5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Бег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2.000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метров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мин</w:t>
            </w:r>
            <w:proofErr w:type="spellEnd"/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8,20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9,20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9,45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11,20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12,05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Бег на лыжах 1 км, мин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5,20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5,45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6,15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7,00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Бег на лыжах 2 км, мин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10,20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10,40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11,10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12,45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13,30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Бег на лыжах 3 км, мин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15,30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17,00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19,00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21,30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Бег на лыжах 5 км, мин</w:t>
            </w:r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без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учета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времени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Прыжки в длину с места, см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155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Подтягивание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на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перекладине</w:t>
            </w:r>
            <w:proofErr w:type="spellEnd"/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Отжимания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упоре</w:t>
            </w:r>
            <w:proofErr w:type="spellEnd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лежа</w:t>
            </w:r>
            <w:proofErr w:type="spellEnd"/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10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Наклон вперед из положения сидя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13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Подъем туловища за 1 мин из положения лежа (</w:t>
            </w:r>
            <w:proofErr w:type="spellStart"/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прес</w:t>
            </w:r>
            <w:proofErr w:type="spellEnd"/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), раз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26</w:t>
            </w:r>
          </w:p>
        </w:tc>
      </w:tr>
      <w:tr w:rsidR="00BA0E3D" w:rsidRPr="00354CF1" w:rsidTr="004D77BB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BA0E3D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val="ru-RU" w:eastAsia="ru-RU"/>
              </w:rPr>
            </w:pPr>
            <w:r w:rsidRPr="00BA0E3D">
              <w:rPr>
                <w:rFonts w:ascii="inherit" w:hAnsi="inherit" w:cs="Arial"/>
                <w:sz w:val="21"/>
                <w:szCs w:val="21"/>
                <w:lang w:val="ru-RU" w:eastAsia="ru-RU"/>
              </w:rPr>
              <w:t>Прыжки на скакалке, за 25 секунд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A0E3D" w:rsidRPr="00354CF1" w:rsidRDefault="00BA0E3D" w:rsidP="004D77BB">
            <w:pPr>
              <w:rPr>
                <w:rFonts w:ascii="inherit" w:hAnsi="inherit" w:cs="Arial" w:hint="eastAsia"/>
                <w:sz w:val="21"/>
                <w:szCs w:val="21"/>
                <w:lang w:eastAsia="ru-RU"/>
              </w:rPr>
            </w:pPr>
            <w:r w:rsidRPr="00354CF1">
              <w:rPr>
                <w:rFonts w:ascii="inherit" w:hAnsi="inherit" w:cs="Arial"/>
                <w:sz w:val="21"/>
                <w:szCs w:val="21"/>
                <w:lang w:eastAsia="ru-RU"/>
              </w:rPr>
              <w:t>62</w:t>
            </w:r>
          </w:p>
        </w:tc>
      </w:tr>
    </w:tbl>
    <w:p w:rsidR="00BA0E3D" w:rsidRPr="007B481D" w:rsidRDefault="00BA0E3D" w:rsidP="00BA0E3D">
      <w:pPr>
        <w:shd w:val="clear" w:color="auto" w:fill="FFFFFF"/>
        <w:jc w:val="center"/>
        <w:textAlignment w:val="baseline"/>
        <w:rPr>
          <w:rFonts w:ascii="Arial" w:hAnsi="Arial" w:cs="Arial"/>
          <w:b/>
          <w:color w:val="222222"/>
          <w:sz w:val="21"/>
          <w:szCs w:val="21"/>
          <w:lang w:eastAsia="ru-RU"/>
        </w:rPr>
      </w:pPr>
    </w:p>
    <w:p w:rsidR="00BA0E3D" w:rsidRPr="00354CF1" w:rsidRDefault="00BA0E3D" w:rsidP="00BA0E3D">
      <w:pPr>
        <w:ind w:firstLine="131"/>
        <w:jc w:val="center"/>
        <w:rPr>
          <w:b/>
        </w:rPr>
      </w:pPr>
      <w:proofErr w:type="spellStart"/>
      <w:r w:rsidRPr="00354CF1">
        <w:rPr>
          <w:b/>
        </w:rPr>
        <w:t>Критерии</w:t>
      </w:r>
      <w:proofErr w:type="spellEnd"/>
      <w:r w:rsidRPr="00354CF1">
        <w:rPr>
          <w:b/>
        </w:rPr>
        <w:t xml:space="preserve"> и</w:t>
      </w:r>
      <w:r>
        <w:rPr>
          <w:b/>
        </w:rPr>
        <w:t xml:space="preserve"> </w:t>
      </w:r>
      <w:proofErr w:type="spellStart"/>
      <w:r>
        <w:rPr>
          <w:b/>
        </w:rPr>
        <w:t>нормы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оценки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знаний</w:t>
      </w:r>
      <w:proofErr w:type="spellEnd"/>
      <w:r>
        <w:rPr>
          <w:b/>
        </w:rPr>
        <w:t xml:space="preserve"> </w:t>
      </w:r>
    </w:p>
    <w:p w:rsidR="00BA0E3D" w:rsidRPr="00354CF1" w:rsidRDefault="00BA0E3D" w:rsidP="00BA0E3D">
      <w:pPr>
        <w:ind w:firstLine="131"/>
        <w:jc w:val="center"/>
        <w:rPr>
          <w:b/>
        </w:rPr>
      </w:pP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Классификация ошибок и недочетов, влияющих на снижение оценки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lastRenderedPageBreak/>
        <w:t>Мелкими ошибками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•</w:t>
      </w:r>
      <w:r w:rsidRPr="00BA0E3D">
        <w:rPr>
          <w:lang w:val="ru-RU"/>
        </w:rPr>
        <w:tab/>
        <w:t>старт не из требуемого положения;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•</w:t>
      </w:r>
      <w:r w:rsidRPr="00BA0E3D">
        <w:rPr>
          <w:lang w:val="ru-RU"/>
        </w:rPr>
        <w:tab/>
        <w:t>отталкивание далеко от планки при выполнении прыжков в длину, высоту;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•</w:t>
      </w:r>
      <w:r w:rsidRPr="00BA0E3D">
        <w:rPr>
          <w:lang w:val="ru-RU"/>
        </w:rPr>
        <w:tab/>
        <w:t>бросок мяча в кольцо, метание в цель с наличием дополнительных движений;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•</w:t>
      </w:r>
      <w:r w:rsidRPr="00BA0E3D">
        <w:rPr>
          <w:lang w:val="ru-RU"/>
        </w:rPr>
        <w:tab/>
        <w:t>несинхронность выполнения упражнения.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Характеристика цифровой оценки (отметки)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Оценка «5» выставляется за качественное выполнение упражнений, допускается наличие мелких ошибок.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Оценка «4» выставляется, если допущено не более одной значительной ошибки и несколько мелких.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Оценка «3»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Оценка «2» выставляется, если упражнение просто не выполнено. Причиной невыполнения является наличие грубых ошибок.</w:t>
      </w:r>
    </w:p>
    <w:p w:rsidR="00BA0E3D" w:rsidRPr="00BA0E3D" w:rsidRDefault="00BA0E3D" w:rsidP="00BA0E3D">
      <w:pPr>
        <w:ind w:firstLine="131"/>
        <w:rPr>
          <w:lang w:val="ru-RU"/>
        </w:rPr>
      </w:pPr>
      <w:r w:rsidRPr="00BA0E3D">
        <w:rPr>
          <w:lang w:val="ru-RU"/>
        </w:rPr>
        <w:t>В 9  классе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BA0E3D" w:rsidRPr="00BA0E3D" w:rsidRDefault="00BA0E3D" w:rsidP="00BA0E3D">
      <w:pPr>
        <w:suppressAutoHyphens/>
        <w:jc w:val="center"/>
        <w:rPr>
          <w:b/>
          <w:sz w:val="28"/>
          <w:szCs w:val="28"/>
          <w:lang w:val="ru-RU" w:eastAsia="ar-SA"/>
        </w:rPr>
      </w:pPr>
    </w:p>
    <w:p w:rsidR="00BA0E3D" w:rsidRPr="00C45866" w:rsidRDefault="00BA0E3D" w:rsidP="00BA0E3D">
      <w:pPr>
        <w:suppressAutoHyphens/>
        <w:jc w:val="center"/>
        <w:rPr>
          <w:b/>
          <w:sz w:val="28"/>
          <w:szCs w:val="28"/>
          <w:lang w:eastAsia="ar-SA"/>
        </w:rPr>
      </w:pPr>
      <w:proofErr w:type="spellStart"/>
      <w:r w:rsidRPr="00C45866">
        <w:rPr>
          <w:b/>
          <w:sz w:val="28"/>
          <w:szCs w:val="28"/>
          <w:lang w:eastAsia="ar-SA"/>
        </w:rPr>
        <w:t>Лист</w:t>
      </w:r>
      <w:proofErr w:type="spellEnd"/>
      <w:r w:rsidRPr="00C45866">
        <w:rPr>
          <w:b/>
          <w:sz w:val="28"/>
          <w:szCs w:val="28"/>
          <w:lang w:eastAsia="ar-SA"/>
        </w:rPr>
        <w:t xml:space="preserve"> </w:t>
      </w:r>
      <w:proofErr w:type="spellStart"/>
      <w:r w:rsidRPr="00C45866">
        <w:rPr>
          <w:b/>
          <w:sz w:val="28"/>
          <w:szCs w:val="28"/>
          <w:lang w:eastAsia="ar-SA"/>
        </w:rPr>
        <w:t>корректировки</w:t>
      </w:r>
      <w:proofErr w:type="spellEnd"/>
      <w:r w:rsidRPr="00C45866">
        <w:rPr>
          <w:b/>
          <w:sz w:val="28"/>
          <w:szCs w:val="28"/>
          <w:lang w:eastAsia="ar-SA"/>
        </w:rPr>
        <w:t xml:space="preserve"> </w:t>
      </w:r>
      <w:proofErr w:type="spellStart"/>
      <w:r w:rsidRPr="00C45866">
        <w:rPr>
          <w:b/>
          <w:sz w:val="28"/>
          <w:szCs w:val="28"/>
          <w:lang w:eastAsia="ar-SA"/>
        </w:rPr>
        <w:t>календарно-тематического</w:t>
      </w:r>
      <w:proofErr w:type="spellEnd"/>
      <w:r w:rsidRPr="00C45866">
        <w:rPr>
          <w:b/>
          <w:sz w:val="28"/>
          <w:szCs w:val="28"/>
          <w:lang w:eastAsia="ar-SA"/>
        </w:rPr>
        <w:t xml:space="preserve"> </w:t>
      </w:r>
      <w:proofErr w:type="spellStart"/>
      <w:r w:rsidRPr="00C45866">
        <w:rPr>
          <w:b/>
          <w:sz w:val="28"/>
          <w:szCs w:val="28"/>
          <w:lang w:eastAsia="ar-SA"/>
        </w:rPr>
        <w:t>планирования</w:t>
      </w:r>
      <w:proofErr w:type="spellEnd"/>
    </w:p>
    <w:p w:rsidR="00BA0E3D" w:rsidRPr="00C45866" w:rsidRDefault="00BA0E3D" w:rsidP="00BA0E3D">
      <w:pPr>
        <w:suppressAutoHyphens/>
        <w:rPr>
          <w:lang w:eastAsia="ar-SA"/>
        </w:rPr>
      </w:pPr>
    </w:p>
    <w:p w:rsidR="00BA0E3D" w:rsidRPr="00C45866" w:rsidRDefault="00BA0E3D" w:rsidP="00BA0E3D">
      <w:pPr>
        <w:suppressAutoHyphens/>
        <w:jc w:val="center"/>
        <w:rPr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2217"/>
        <w:gridCol w:w="1213"/>
        <w:gridCol w:w="1146"/>
        <w:gridCol w:w="1896"/>
        <w:gridCol w:w="1920"/>
      </w:tblGrid>
      <w:tr w:rsidR="00BA0E3D" w:rsidRPr="00C45866" w:rsidTr="004D77BB">
        <w:trPr>
          <w:trHeight w:val="244"/>
        </w:trPr>
        <w:tc>
          <w:tcPr>
            <w:tcW w:w="848" w:type="dxa"/>
            <w:vMerge w:val="restart"/>
          </w:tcPr>
          <w:p w:rsidR="00BA0E3D" w:rsidRPr="00C45866" w:rsidRDefault="00BA0E3D" w:rsidP="004D77BB">
            <w:pPr>
              <w:suppressAutoHyphens/>
              <w:jc w:val="center"/>
              <w:rPr>
                <w:b/>
                <w:lang w:eastAsia="ar-SA"/>
              </w:rPr>
            </w:pPr>
            <w:r w:rsidRPr="00C45866">
              <w:rPr>
                <w:b/>
                <w:lang w:eastAsia="ar-SA"/>
              </w:rPr>
              <w:t xml:space="preserve">№ </w:t>
            </w:r>
            <w:proofErr w:type="spellStart"/>
            <w:r w:rsidRPr="00C45866">
              <w:rPr>
                <w:b/>
                <w:lang w:eastAsia="ar-SA"/>
              </w:rPr>
              <w:t>урока</w:t>
            </w:r>
            <w:proofErr w:type="spellEnd"/>
          </w:p>
        </w:tc>
        <w:tc>
          <w:tcPr>
            <w:tcW w:w="2972" w:type="dxa"/>
            <w:vMerge w:val="restart"/>
          </w:tcPr>
          <w:p w:rsidR="00BA0E3D" w:rsidRPr="00C45866" w:rsidRDefault="00BA0E3D" w:rsidP="004D77BB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C45866">
              <w:rPr>
                <w:b/>
                <w:lang w:eastAsia="ar-SA"/>
              </w:rPr>
              <w:t>Тема</w:t>
            </w:r>
            <w:proofErr w:type="spellEnd"/>
          </w:p>
        </w:tc>
        <w:tc>
          <w:tcPr>
            <w:tcW w:w="2759" w:type="dxa"/>
            <w:gridSpan w:val="2"/>
          </w:tcPr>
          <w:p w:rsidR="00BA0E3D" w:rsidRPr="00C45866" w:rsidRDefault="00BA0E3D" w:rsidP="004D77BB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C45866">
              <w:rPr>
                <w:b/>
                <w:lang w:eastAsia="ar-SA"/>
              </w:rPr>
              <w:t>Количество</w:t>
            </w:r>
            <w:proofErr w:type="spellEnd"/>
            <w:r w:rsidRPr="00C45866">
              <w:rPr>
                <w:b/>
                <w:lang w:eastAsia="ar-SA"/>
              </w:rPr>
              <w:t xml:space="preserve"> </w:t>
            </w:r>
            <w:proofErr w:type="spellStart"/>
            <w:r w:rsidRPr="00C45866">
              <w:rPr>
                <w:b/>
                <w:lang w:eastAsia="ar-SA"/>
              </w:rPr>
              <w:t>часов</w:t>
            </w:r>
            <w:proofErr w:type="spellEnd"/>
          </w:p>
        </w:tc>
        <w:tc>
          <w:tcPr>
            <w:tcW w:w="1902" w:type="dxa"/>
            <w:vMerge w:val="restart"/>
          </w:tcPr>
          <w:p w:rsidR="00BA0E3D" w:rsidRPr="00C45866" w:rsidRDefault="00BA0E3D" w:rsidP="004D77BB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C45866">
              <w:rPr>
                <w:b/>
                <w:lang w:eastAsia="ar-SA"/>
              </w:rPr>
              <w:t>Причина</w:t>
            </w:r>
            <w:proofErr w:type="spellEnd"/>
            <w:r w:rsidRPr="00C45866">
              <w:rPr>
                <w:b/>
                <w:lang w:eastAsia="ar-SA"/>
              </w:rPr>
              <w:t xml:space="preserve"> </w:t>
            </w:r>
            <w:proofErr w:type="spellStart"/>
            <w:r w:rsidRPr="00C45866">
              <w:rPr>
                <w:b/>
                <w:lang w:eastAsia="ar-SA"/>
              </w:rPr>
              <w:t>корректировки</w:t>
            </w:r>
            <w:proofErr w:type="spellEnd"/>
          </w:p>
        </w:tc>
        <w:tc>
          <w:tcPr>
            <w:tcW w:w="1939" w:type="dxa"/>
            <w:vMerge w:val="restart"/>
          </w:tcPr>
          <w:p w:rsidR="00BA0E3D" w:rsidRPr="00C45866" w:rsidRDefault="00BA0E3D" w:rsidP="004D77BB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C45866">
              <w:rPr>
                <w:b/>
                <w:lang w:eastAsia="ar-SA"/>
              </w:rPr>
              <w:t>Способ</w:t>
            </w:r>
            <w:proofErr w:type="spellEnd"/>
            <w:r w:rsidRPr="00C45866">
              <w:rPr>
                <w:b/>
                <w:lang w:eastAsia="ar-SA"/>
              </w:rPr>
              <w:t xml:space="preserve"> </w:t>
            </w:r>
            <w:proofErr w:type="spellStart"/>
            <w:r w:rsidRPr="00C45866">
              <w:rPr>
                <w:b/>
                <w:lang w:eastAsia="ar-SA"/>
              </w:rPr>
              <w:t>корректировки</w:t>
            </w:r>
            <w:proofErr w:type="spellEnd"/>
          </w:p>
        </w:tc>
      </w:tr>
      <w:tr w:rsidR="00BA0E3D" w:rsidRPr="00C45866" w:rsidTr="004D77BB">
        <w:trPr>
          <w:trHeight w:val="305"/>
        </w:trPr>
        <w:tc>
          <w:tcPr>
            <w:tcW w:w="848" w:type="dxa"/>
            <w:vMerge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  <w:vMerge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C45866">
              <w:rPr>
                <w:b/>
                <w:lang w:eastAsia="ar-SA"/>
              </w:rPr>
              <w:t>по</w:t>
            </w:r>
            <w:proofErr w:type="spellEnd"/>
            <w:r w:rsidRPr="00C45866">
              <w:rPr>
                <w:b/>
                <w:lang w:eastAsia="ar-SA"/>
              </w:rPr>
              <w:t xml:space="preserve"> </w:t>
            </w:r>
            <w:proofErr w:type="spellStart"/>
            <w:r w:rsidRPr="00C45866">
              <w:rPr>
                <w:b/>
                <w:lang w:eastAsia="ar-SA"/>
              </w:rPr>
              <w:t>плану</w:t>
            </w:r>
            <w:proofErr w:type="spellEnd"/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C45866">
              <w:rPr>
                <w:b/>
                <w:lang w:eastAsia="ar-SA"/>
              </w:rPr>
              <w:t>дано</w:t>
            </w:r>
            <w:proofErr w:type="spellEnd"/>
          </w:p>
        </w:tc>
        <w:tc>
          <w:tcPr>
            <w:tcW w:w="1902" w:type="dxa"/>
            <w:vMerge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  <w:vMerge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  <w:tr w:rsidR="00BA0E3D" w:rsidRPr="00C45866" w:rsidTr="004D77BB">
        <w:tc>
          <w:tcPr>
            <w:tcW w:w="84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297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98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361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02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  <w:tc>
          <w:tcPr>
            <w:tcW w:w="1939" w:type="dxa"/>
          </w:tcPr>
          <w:p w:rsidR="00BA0E3D" w:rsidRPr="00C45866" w:rsidRDefault="00BA0E3D" w:rsidP="004D77BB">
            <w:pPr>
              <w:suppressAutoHyphens/>
              <w:rPr>
                <w:lang w:eastAsia="ar-SA"/>
              </w:rPr>
            </w:pPr>
          </w:p>
        </w:tc>
      </w:tr>
    </w:tbl>
    <w:p w:rsidR="00BA0E3D" w:rsidRPr="00AF7ADA" w:rsidRDefault="00BA0E3D" w:rsidP="00BA0E3D"/>
    <w:p w:rsidR="00A22C18" w:rsidRPr="00761532" w:rsidRDefault="00A22C18">
      <w:pPr>
        <w:rPr>
          <w:lang w:val="ru-RU"/>
        </w:rPr>
        <w:sectPr w:rsidR="00A22C18" w:rsidRPr="00761532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22C18" w:rsidRPr="00761532" w:rsidRDefault="00A22C18">
      <w:pPr>
        <w:rPr>
          <w:lang w:val="ru-RU"/>
        </w:rPr>
        <w:sectPr w:rsidR="00A22C18" w:rsidRPr="00761532">
          <w:pgSz w:w="11900" w:h="16840"/>
          <w:pgMar w:top="286" w:right="652" w:bottom="992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A22C18" w:rsidRPr="000A6465" w:rsidRDefault="00A22C18">
      <w:pPr>
        <w:rPr>
          <w:lang w:val="ru-RU"/>
        </w:rPr>
        <w:sectPr w:rsidR="00A22C18" w:rsidRPr="000A646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2C18" w:rsidRPr="00761532" w:rsidRDefault="00A22C18">
      <w:pPr>
        <w:rPr>
          <w:lang w:val="ru-RU"/>
        </w:rPr>
        <w:sectPr w:rsidR="00A22C18" w:rsidRPr="0076153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22C18" w:rsidRPr="00761532" w:rsidRDefault="00A22C18">
      <w:pPr>
        <w:autoSpaceDE w:val="0"/>
        <w:autoSpaceDN w:val="0"/>
        <w:spacing w:after="78" w:line="220" w:lineRule="exact"/>
        <w:rPr>
          <w:lang w:val="ru-RU"/>
        </w:rPr>
      </w:pPr>
    </w:p>
    <w:p w:rsidR="00A22C18" w:rsidRPr="00761532" w:rsidRDefault="00544A6E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761532">
        <w:rPr>
          <w:lang w:val="ru-RU"/>
        </w:rPr>
        <w:br/>
      </w:r>
      <w:proofErr w:type="spellStart"/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76153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A22C18" w:rsidRPr="00761532" w:rsidRDefault="00A22C18">
      <w:pPr>
        <w:rPr>
          <w:lang w:val="ru-RU"/>
        </w:rPr>
        <w:sectPr w:rsidR="00A22C18" w:rsidRPr="0076153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4A6E" w:rsidRPr="00761532" w:rsidRDefault="00544A6E">
      <w:pPr>
        <w:rPr>
          <w:lang w:val="ru-RU"/>
        </w:rPr>
      </w:pPr>
    </w:p>
    <w:sectPr w:rsidR="00544A6E" w:rsidRPr="0076153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6465"/>
    <w:rsid w:val="0015074B"/>
    <w:rsid w:val="0029639D"/>
    <w:rsid w:val="00326F90"/>
    <w:rsid w:val="00544A6E"/>
    <w:rsid w:val="00761532"/>
    <w:rsid w:val="00960A20"/>
    <w:rsid w:val="00A22C18"/>
    <w:rsid w:val="00A30A42"/>
    <w:rsid w:val="00AA1D8D"/>
    <w:rsid w:val="00B47730"/>
    <w:rsid w:val="00BA0E3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59EBA2B-9344-4A71-8524-D660FEC9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0">
    <w:name w:val="Основной текст + 13"/>
    <w:aliases w:val="5 pt"/>
    <w:basedOn w:val="a2"/>
    <w:rsid w:val="000A6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styleId="aff8">
    <w:name w:val="Hyperlink"/>
    <w:basedOn w:val="a2"/>
    <w:uiPriority w:val="99"/>
    <w:unhideWhenUsed/>
    <w:rsid w:val="00BA0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9/9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9/9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to-normativy.ru/beg/beg-na-30-metrov-normativy-na-vremya-po-klass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to-normativy.ru/pravila-texnika-normativy-chelnochnogo-be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9CA094-0923-4265-9CE4-53A1F88D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3707</Words>
  <Characters>21133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24791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5</cp:revision>
  <dcterms:created xsi:type="dcterms:W3CDTF">2022-08-25T05:34:00Z</dcterms:created>
  <dcterms:modified xsi:type="dcterms:W3CDTF">2023-06-15T06:23:00Z</dcterms:modified>
</cp:coreProperties>
</file>